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D4F95" w14:textId="77777777" w:rsidR="003F3C3C" w:rsidRDefault="00501862">
      <w:pPr>
        <w:spacing w:after="0"/>
        <w:jc w:val="center"/>
      </w:pPr>
      <w:r>
        <w:rPr>
          <w:b/>
        </w:rPr>
        <w:t>ОПОВЕЩЕНИЕ</w:t>
      </w:r>
    </w:p>
    <w:p w14:paraId="15E2E791" w14:textId="41350BDC" w:rsidR="003F3C3C" w:rsidRDefault="00501862">
      <w:pPr>
        <w:spacing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Сосенское, д. Столбово (</w:t>
      </w:r>
      <w:proofErr w:type="spellStart"/>
      <w:r>
        <w:rPr>
          <w:b/>
        </w:rPr>
        <w:t>кад</w:t>
      </w:r>
      <w:proofErr w:type="spellEnd"/>
      <w:r>
        <w:rPr>
          <w:b/>
        </w:rPr>
        <w:t xml:space="preserve">. №№ 77:17:0120316:42049, </w:t>
      </w:r>
      <w:r w:rsidRPr="00501862">
        <w:rPr>
          <w:b/>
        </w:rPr>
        <w:t>77:17:0120316:42048</w:t>
      </w:r>
      <w:r>
        <w:rPr>
          <w:b/>
        </w:rPr>
        <w:t>)</w:t>
      </w:r>
    </w:p>
    <w:p w14:paraId="3CDA5063" w14:textId="44314846" w:rsidR="003F3C3C" w:rsidRDefault="00501862">
      <w:pPr>
        <w:spacing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пос. Сосенское, д. Столбово (</w:t>
      </w:r>
      <w:proofErr w:type="spellStart"/>
      <w:r>
        <w:t>кад</w:t>
      </w:r>
      <w:proofErr w:type="spellEnd"/>
      <w:r>
        <w:t xml:space="preserve">. №№ 77:17:0120316:42049, </w:t>
      </w:r>
      <w:r w:rsidRPr="00501862">
        <w:t>77:17:0120316:42048</w:t>
      </w:r>
      <w:r>
        <w:t>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1E4AADF9" w14:textId="77777777" w:rsidR="003F3C3C" w:rsidRDefault="00501862">
      <w:pPr>
        <w:spacing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3200F24A" w14:textId="77777777" w:rsidR="003F3C3C" w:rsidRDefault="00501862">
      <w:pPr>
        <w:spacing w:after="0"/>
        <w:ind w:firstLine="567"/>
        <w:jc w:val="both"/>
      </w:pPr>
      <w:r>
        <w:t>Общественные обсуждения по проекту проводятся в границах территории поселения Сосенское.</w:t>
      </w:r>
    </w:p>
    <w:p w14:paraId="695BC9A3" w14:textId="77777777" w:rsidR="003F3C3C" w:rsidRDefault="00501862">
      <w:pPr>
        <w:spacing w:after="0"/>
        <w:ind w:firstLine="567"/>
      </w:pPr>
      <w:r>
        <w:t>Участниками общественных обсуждений по проекту являются:</w:t>
      </w:r>
      <w:r>
        <w:br/>
      </w:r>
      <w:r>
        <w:tab/>
        <w:t>1)       Граждане, имеющие место жительства на территории, в границах которой проводятся общественные обсуждения;</w:t>
      </w:r>
      <w:r>
        <w:br/>
      </w:r>
      <w:r>
        <w:tab/>
        <w:t>2)       Граждане, имеющие место работы на территории, в границах которой проводятся общественные обсуждения;</w:t>
      </w:r>
      <w:r>
        <w:br/>
      </w:r>
      <w:r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ab/>
        <w:t>4)       Депутаты представительных органов муниципальных образований, на территории которых проводятся общественные обсуждения;</w:t>
      </w:r>
      <w:r>
        <w:br/>
      </w:r>
      <w:r>
        <w:tab/>
        <w:t>5)       Депутаты Московской городской Думы.</w:t>
      </w:r>
    </w:p>
    <w:p w14:paraId="01535A5F" w14:textId="77777777" w:rsidR="003F3C3C" w:rsidRDefault="00501862">
      <w:pPr>
        <w:spacing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 w14:paraId="75BE8E0E" w14:textId="77777777" w:rsidR="003F3C3C" w:rsidRDefault="00501862">
      <w:pPr>
        <w:spacing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 w14:paraId="2A5C9AFC" w14:textId="77777777" w:rsidR="003F3C3C" w:rsidRDefault="00501862">
      <w:pPr>
        <w:spacing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 w14:paraId="3DB28A24" w14:textId="77777777" w:rsidR="003F3C3C" w:rsidRDefault="00501862">
      <w:pPr>
        <w:spacing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 w14:paraId="056A63B2" w14:textId="77777777" w:rsidR="003F3C3C" w:rsidRDefault="00501862">
      <w:pPr>
        <w:spacing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3F3C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3C3C"/>
    <w:rsid w:val="00501862"/>
    <w:rsid w:val="00AA1D8D"/>
    <w:rsid w:val="00B239BE"/>
    <w:rsid w:val="00B47730"/>
    <w:rsid w:val="00CB0664"/>
    <w:rsid w:val="00DE6D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A7256"/>
  <w14:defaultImageDpi w14:val="300"/>
  <w15:docId w15:val="{C52DEB45-E3A4-4F06-988C-F1FD6A65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Константин Скрочинский</cp:lastModifiedBy>
  <cp:revision>2</cp:revision>
  <dcterms:created xsi:type="dcterms:W3CDTF">2021-11-23T06:13:00Z</dcterms:created>
  <dcterms:modified xsi:type="dcterms:W3CDTF">2021-11-23T06:13:00Z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166974807</vt:i4>
  </property>
  <property fmtid="{D5CDD505-2E9C-101B-9397-08002B2CF9AE}" pid="3" name="_NewReviewCycle">
    <vt:lpwstr/>
  </property>
  <property fmtid="{D5CDD505-2E9C-101B-9397-08002B2CF9AE}" pid="4" name="_EmailSubject">
    <vt:lpwstr>Дополнительный проект 11 волны</vt:lpwstr>
  </property>
  <property fmtid="{D5CDD505-2E9C-101B-9397-08002B2CF9AE}" pid="5" name="_AuthorEmail">
    <vt:lpwstr>eoo@mos.ru</vt:lpwstr>
  </property>
  <property fmtid="{D5CDD505-2E9C-101B-9397-08002B2CF9AE}" pid="6" name="_AuthorEmailDisplayName">
    <vt:lpwstr>Управление ЭООиПС МКА</vt:lpwstr>
  </property>
</Properties>
</file>