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Краснопахорское, д. Софьино (кад. № 50:27:0020229:1431)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ТАО, поселение Краснопахорское, д. Софьино (кад. № 50:27:0020229:1431)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поселения Краснопахорское.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