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E73CA" w14:textId="77777777" w:rsidR="00F028FA" w:rsidRDefault="00DC76D7">
      <w:pPr>
        <w:spacing w:after="0"/>
        <w:jc w:val="center"/>
      </w:pPr>
      <w:r>
        <w:rPr>
          <w:b/>
        </w:rPr>
        <w:t>ОПОВЕЩЕНИЕ</w:t>
      </w:r>
    </w:p>
    <w:p w14:paraId="31BCED6B" w14:textId="1AE67BE7" w:rsidR="00F028FA" w:rsidRDefault="00DC76D7">
      <w:pPr>
        <w:spacing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</w:t>
      </w:r>
      <w:r>
        <w:rPr>
          <w:b/>
          <w:lang w:val="en-US"/>
        </w:rPr>
        <w:t>,</w:t>
      </w:r>
      <w:r>
        <w:rPr>
          <w:b/>
        </w:rPr>
        <w:t xml:space="preserve"> в районе д. Картмазово (кад. № 77:17:0110504:62)</w:t>
      </w:r>
    </w:p>
    <w:p w14:paraId="37ECDDF7" w14:textId="172C0CD6" w:rsidR="00F028FA" w:rsidRDefault="00DC76D7">
      <w:pPr>
        <w:spacing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Московский</w:t>
      </w:r>
      <w:r>
        <w:rPr>
          <w:lang w:val="en-US"/>
        </w:rPr>
        <w:t>,</w:t>
      </w:r>
      <w:r>
        <w:t xml:space="preserve"> в районе д. Картмазово (кад. № 77:17:0110504:62) (далее – проект) проводятся в порядке, о</w:t>
      </w:r>
      <w:r>
        <w:t>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</w:t>
      </w:r>
      <w:r>
        <w:t xml:space="preserve"> в городе Москве, утвержденным постановлением Правительства Москвы от 30 апреля 2019 г. № 448-ПП.</w:t>
      </w:r>
    </w:p>
    <w:p w14:paraId="150C1A22" w14:textId="77777777" w:rsidR="00F028FA" w:rsidRDefault="00DC76D7">
      <w:pPr>
        <w:spacing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0C53562F" w14:textId="77777777" w:rsidR="00F028FA" w:rsidRDefault="00DC76D7">
      <w:pPr>
        <w:spacing w:after="0"/>
        <w:ind w:firstLine="567"/>
        <w:jc w:val="both"/>
      </w:pPr>
      <w:r>
        <w:t>Общес</w:t>
      </w:r>
      <w:r>
        <w:t>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 w14:paraId="741DF5A7" w14:textId="77777777" w:rsidR="00F028FA" w:rsidRDefault="00DC76D7">
      <w:pPr>
        <w:spacing w:after="0"/>
        <w:ind w:firstLine="567"/>
      </w:pPr>
      <w:r>
        <w:t>Участниками общественных обсуждений по проекту являются:</w:t>
      </w:r>
      <w:r>
        <w:br/>
      </w:r>
      <w:r>
        <w:tab/>
      </w:r>
      <w:r>
        <w:t>1)       Граждане, имеющие место жительства на территории, в границах которой проводятся общественные обсуждения;</w:t>
      </w:r>
      <w:r>
        <w:br/>
      </w:r>
      <w:r>
        <w:tab/>
        <w:t>2)       Граждане, имеющие место работы на территории, в границах которой проводятся общественные обсуждения;</w:t>
      </w:r>
      <w:r>
        <w:br/>
      </w:r>
      <w:r>
        <w:tab/>
        <w:t>3)       Правообладатели земел</w:t>
      </w:r>
      <w:r>
        <w:t>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br/>
      </w:r>
      <w:r>
        <w:tab/>
        <w:t>4)       Депутаты представительных органов муниципальных образований, на территории которых проводятся обще</w:t>
      </w:r>
      <w:r>
        <w:t>ственные обсуждения;</w:t>
      </w:r>
      <w:r>
        <w:br/>
      </w:r>
      <w:r>
        <w:tab/>
        <w:t>5)       Депутаты Московской городской Думы.</w:t>
      </w:r>
    </w:p>
    <w:p w14:paraId="3C660ACB" w14:textId="77777777" w:rsidR="00F028FA" w:rsidRDefault="00DC76D7">
      <w:pPr>
        <w:spacing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 w14:paraId="31B8E2CA" w14:textId="77777777" w:rsidR="00F028FA" w:rsidRDefault="00DC76D7">
      <w:pPr>
        <w:spacing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</w:t>
      </w:r>
      <w:r>
        <w:t>уникационной сети Интернет в разделе проекта «Общественные обсуждения» http://ag.mos.ru (далее – официальный сайт).</w:t>
      </w:r>
    </w:p>
    <w:p w14:paraId="1CE13F71" w14:textId="77777777" w:rsidR="00F028FA" w:rsidRDefault="00DC76D7">
      <w:pPr>
        <w:spacing w:after="0"/>
        <w:ind w:firstLine="567"/>
        <w:jc w:val="both"/>
      </w:pPr>
      <w:r>
        <w:lastRenderedPageBreak/>
        <w:t>Общий срок проведения общественных обсуждений по проекту составляет не менее одного и не более трех месяцев.</w:t>
      </w:r>
    </w:p>
    <w:p w14:paraId="084BA6A6" w14:textId="77777777" w:rsidR="00F028FA" w:rsidRDefault="00DC76D7">
      <w:pPr>
        <w:spacing w:after="0"/>
        <w:ind w:firstLine="567"/>
        <w:jc w:val="both"/>
      </w:pPr>
      <w:r>
        <w:t>Экспозиция проекта открыта 17.1</w:t>
      </w:r>
      <w:r>
        <w:t>1.2021 на официальном сайте и проводится с 08:00 17.11.2021 по 23:59 30.11.2021.</w:t>
      </w:r>
    </w:p>
    <w:p w14:paraId="5944E48D" w14:textId="77777777" w:rsidR="00F028FA" w:rsidRDefault="00DC76D7">
      <w:pPr>
        <w:spacing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</w:t>
      </w:r>
      <w:r>
        <w:t>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</w:t>
      </w:r>
      <w:r>
        <w:t>ения и замечания, касающиеся данного проекта путем заполнения формы на официальном сайте.</w:t>
      </w:r>
    </w:p>
    <w:p w14:paraId="4300E28B" w14:textId="77777777" w:rsidR="00F028FA" w:rsidRDefault="00DC76D7">
      <w:r>
        <w:br w:type="page"/>
      </w:r>
    </w:p>
    <w:p w14:paraId="13FFC8DD" w14:textId="77777777" w:rsidR="00F028FA" w:rsidRDefault="00DC76D7">
      <w:pPr>
        <w:jc w:val="right"/>
      </w:pPr>
      <w:r>
        <w:rPr>
          <w:b/>
        </w:rPr>
        <w:lastRenderedPageBreak/>
        <w:t>Приложение к оповещению</w:t>
      </w:r>
      <w:r>
        <w:rPr>
          <w:b/>
        </w:rPr>
        <w:br/>
      </w:r>
    </w:p>
    <w:p w14:paraId="56C97C02" w14:textId="4976D0EA" w:rsidR="00F028FA" w:rsidRDefault="00DC76D7">
      <w:r>
        <w:rPr>
          <w:noProof/>
        </w:rPr>
        <w:drawing>
          <wp:inline distT="0" distB="0" distL="0" distR="0" wp14:anchorId="6E397D18" wp14:editId="242825EE">
            <wp:extent cx="5940425" cy="42005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28FA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C76D7"/>
    <w:rsid w:val="00F028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768F8"/>
  <w14:defaultImageDpi w14:val="300"/>
  <w15:docId w15:val="{036DFB06-FFB9-42D8-A8CA-248C1A1E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Константин Скрочинский</cp:lastModifiedBy>
  <cp:revision>2</cp:revision>
  <dcterms:created xsi:type="dcterms:W3CDTF">2013-12-23T23:15:00Z</dcterms:created>
  <dcterms:modified xsi:type="dcterms:W3CDTF">2021-11-01T07:07:00Z</dcterms:modified>
  <cp:category/>
</cp:coreProperties>
</file>