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Московский, д. Лапшинка (кад. № 77:17:0100309:12459)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НАО, поселение Московский, д. Лапшинка (кад. № 77:17:0100309:12459)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17.11.2021 на официальном сайте и проводится с 08:00 17.11.2021 по 23:59 30.11.2021.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r>
        <w:br w:type="page"/>
      </w:r>
    </w:p>
    <w:p>
      <w:pPr>
        <w:jc w:val="right"/>
      </w:pPr>
      <w:r>
        <w:rPr>
          <w:b/>
        </w:rPr>
        <w:t>Приложение к оповещению</w:t>
        <w:br/>
      </w:r>
    </w:p>
    <w:p>
      <w:r>
        <w:drawing>
          <wp:inline xmlns:a="http://schemas.openxmlformats.org/drawingml/2006/main" xmlns:pic="http://schemas.openxmlformats.org/drawingml/2006/picture">
            <wp:extent cx="5400000" cy="381831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ПЗЗ-02170-2021-ЭОО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1831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